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F20D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Where are you going tonight?</w:t>
      </w:r>
    </w:p>
    <w:p w14:paraId="7766D2F5" w14:textId="3D45315C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What are you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</w:rPr>
        <w:t>_______________</w:t>
      </w:r>
      <w:r w:rsidRPr="00F26491">
        <w:rPr>
          <w:bCs/>
          <w:sz w:val="20"/>
          <w:szCs w:val="20"/>
        </w:rPr>
        <w:t xml:space="preserve"> tonight?</w:t>
      </w:r>
    </w:p>
    <w:p w14:paraId="3EB7F31F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are your plans—are they right?</w:t>
      </w:r>
    </w:p>
    <w:p w14:paraId="31F6B851" w14:textId="606BC86E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When </w:t>
      </w:r>
      <w:r w:rsidRPr="00F26491">
        <w:rPr>
          <w:bCs/>
          <w:sz w:val="20"/>
          <w:szCs w:val="20"/>
          <w:vertAlign w:val="superscript"/>
        </w:rPr>
        <w:t>2</w:t>
      </w:r>
      <w:r>
        <w:rPr>
          <w:bCs/>
          <w:sz w:val="20"/>
          <w:szCs w:val="20"/>
        </w:rPr>
        <w:t>___________</w:t>
      </w:r>
      <w:r>
        <w:rPr>
          <w:bCs/>
          <w:sz w:val="20"/>
          <w:szCs w:val="20"/>
        </w:rPr>
        <w:t>_____________</w:t>
      </w:r>
      <w:r>
        <w:rPr>
          <w:bCs/>
          <w:sz w:val="20"/>
          <w:szCs w:val="20"/>
        </w:rPr>
        <w:t>___</w:t>
      </w:r>
      <w:r w:rsidRPr="00F26491">
        <w:rPr>
          <w:bCs/>
          <w:sz w:val="20"/>
          <w:szCs w:val="20"/>
        </w:rPr>
        <w:t>tonight?</w:t>
      </w:r>
    </w:p>
    <w:p w14:paraId="6109BCE9" w14:textId="74AFD7F8" w:rsidR="00F26491" w:rsidRPr="00F26491" w:rsidRDefault="00F26491" w:rsidP="00F2649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4DA12D68" w14:textId="4FF6C450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I am going to the </w:t>
      </w:r>
      <w:r>
        <w:rPr>
          <w:bCs/>
          <w:sz w:val="20"/>
          <w:szCs w:val="20"/>
          <w:vertAlign w:val="superscript"/>
        </w:rPr>
        <w:t>3</w:t>
      </w:r>
      <w:r>
        <w:rPr>
          <w:bCs/>
          <w:sz w:val="20"/>
          <w:szCs w:val="20"/>
        </w:rPr>
        <w:t>______________</w:t>
      </w:r>
      <w:r>
        <w:rPr>
          <w:bCs/>
          <w:sz w:val="20"/>
          <w:szCs w:val="20"/>
        </w:rPr>
        <w:t xml:space="preserve"> </w:t>
      </w:r>
      <w:r w:rsidRPr="00F26491">
        <w:rPr>
          <w:bCs/>
          <w:sz w:val="20"/>
          <w:szCs w:val="20"/>
        </w:rPr>
        <w:t>tonight,</w:t>
      </w:r>
    </w:p>
    <w:p w14:paraId="3B57C4CD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I am going with my friend, feeling much </w:t>
      </w:r>
      <w:proofErr w:type="gramStart"/>
      <w:r w:rsidRPr="00F26491">
        <w:rPr>
          <w:bCs/>
          <w:sz w:val="20"/>
          <w:szCs w:val="20"/>
        </w:rPr>
        <w:t>better;</w:t>
      </w:r>
      <w:proofErr w:type="gramEnd"/>
    </w:p>
    <w:p w14:paraId="3125B408" w14:textId="75601D89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We </w:t>
      </w:r>
      <w:r>
        <w:rPr>
          <w:bCs/>
          <w:sz w:val="20"/>
          <w:szCs w:val="20"/>
          <w:vertAlign w:val="superscript"/>
        </w:rPr>
        <w:t>4</w:t>
      </w:r>
      <w:r>
        <w:rPr>
          <w:bCs/>
          <w:sz w:val="20"/>
          <w:szCs w:val="20"/>
        </w:rPr>
        <w:t>______________</w:t>
      </w:r>
      <w:r>
        <w:rPr>
          <w:bCs/>
          <w:sz w:val="20"/>
          <w:szCs w:val="20"/>
        </w:rPr>
        <w:t xml:space="preserve">______ </w:t>
      </w:r>
      <w:r w:rsidRPr="00F26491">
        <w:rPr>
          <w:bCs/>
          <w:sz w:val="20"/>
          <w:szCs w:val="20"/>
        </w:rPr>
        <w:t>a new film tonight,</w:t>
      </w:r>
    </w:p>
    <w:p w14:paraId="0E785C4B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And then we are having dinner together.</w:t>
      </w:r>
    </w:p>
    <w:p w14:paraId="67EABDA4" w14:textId="77777777" w:rsidR="00F26491" w:rsidRDefault="00F26491" w:rsidP="00F26491">
      <w:pPr>
        <w:rPr>
          <w:bCs/>
          <w:sz w:val="20"/>
          <w:szCs w:val="20"/>
        </w:rPr>
      </w:pPr>
    </w:p>
    <w:p w14:paraId="5E0C29B0" w14:textId="241D0EFB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Where </w:t>
      </w:r>
      <w:r>
        <w:rPr>
          <w:bCs/>
          <w:sz w:val="20"/>
          <w:szCs w:val="20"/>
          <w:vertAlign w:val="superscript"/>
        </w:rPr>
        <w:t>5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 xml:space="preserve"> tonight?</w:t>
      </w:r>
    </w:p>
    <w:p w14:paraId="13A81FFA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is he doing tonight?</w:t>
      </w:r>
    </w:p>
    <w:p w14:paraId="33DF87E6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are his plans—are they right?</w:t>
      </w:r>
    </w:p>
    <w:p w14:paraId="216D405F" w14:textId="06F8F794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When </w:t>
      </w:r>
      <w:proofErr w:type="gramStart"/>
      <w:r>
        <w:rPr>
          <w:bCs/>
          <w:sz w:val="20"/>
          <w:szCs w:val="20"/>
          <w:vertAlign w:val="superscript"/>
        </w:rPr>
        <w:t>6</w:t>
      </w:r>
      <w:r>
        <w:rPr>
          <w:bCs/>
          <w:sz w:val="20"/>
          <w:szCs w:val="20"/>
        </w:rPr>
        <w:t>__</w:t>
      </w:r>
      <w:proofErr w:type="gramEnd"/>
      <w:r>
        <w:rPr>
          <w:bCs/>
          <w:sz w:val="20"/>
          <w:szCs w:val="20"/>
        </w:rPr>
        <w:t>____________</w:t>
      </w:r>
      <w:r>
        <w:rPr>
          <w:bCs/>
          <w:sz w:val="20"/>
          <w:szCs w:val="20"/>
        </w:rPr>
        <w:t xml:space="preserve"> </w:t>
      </w:r>
      <w:r w:rsidRPr="00F26491">
        <w:rPr>
          <w:bCs/>
          <w:sz w:val="20"/>
          <w:szCs w:val="20"/>
        </w:rPr>
        <w:t>tonight?</w:t>
      </w:r>
    </w:p>
    <w:p w14:paraId="72FEFBE3" w14:textId="77777777" w:rsidR="00F26491" w:rsidRDefault="00F26491" w:rsidP="00F26491">
      <w:pPr>
        <w:rPr>
          <w:bCs/>
          <w:sz w:val="20"/>
          <w:szCs w:val="20"/>
        </w:rPr>
      </w:pPr>
    </w:p>
    <w:p w14:paraId="1F64F612" w14:textId="337A398F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He is going to a disco tonight,</w:t>
      </w:r>
    </w:p>
    <w:p w14:paraId="7F40C5CF" w14:textId="7C8903A4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He </w:t>
      </w:r>
      <w:r>
        <w:rPr>
          <w:bCs/>
          <w:sz w:val="20"/>
          <w:szCs w:val="20"/>
          <w:vertAlign w:val="superscript"/>
        </w:rPr>
        <w:t>7</w:t>
      </w:r>
      <w:r>
        <w:rPr>
          <w:bCs/>
          <w:sz w:val="20"/>
          <w:szCs w:val="20"/>
        </w:rPr>
        <w:t>______________</w:t>
      </w:r>
      <w:r>
        <w:rPr>
          <w:bCs/>
          <w:sz w:val="20"/>
          <w:szCs w:val="20"/>
        </w:rPr>
        <w:t xml:space="preserve">   </w:t>
      </w:r>
      <w:r w:rsidRPr="00F26491">
        <w:rPr>
          <w:bCs/>
          <w:sz w:val="20"/>
          <w:szCs w:val="20"/>
        </w:rPr>
        <w:t xml:space="preserve">his girl </w:t>
      </w:r>
      <w:proofErr w:type="gramStart"/>
      <w:r w:rsidRPr="00F26491">
        <w:rPr>
          <w:bCs/>
          <w:sz w:val="20"/>
          <w:szCs w:val="20"/>
        </w:rPr>
        <w:t>there;</w:t>
      </w:r>
      <w:proofErr w:type="gramEnd"/>
    </w:p>
    <w:p w14:paraId="72F19C05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They </w:t>
      </w:r>
      <w:proofErr w:type="gramStart"/>
      <w:r w:rsidRPr="00F26491">
        <w:rPr>
          <w:bCs/>
          <w:sz w:val="20"/>
          <w:szCs w:val="20"/>
        </w:rPr>
        <w:t>are dancing</w:t>
      </w:r>
      <w:proofErr w:type="gramEnd"/>
      <w:r w:rsidRPr="00F26491">
        <w:rPr>
          <w:bCs/>
          <w:sz w:val="20"/>
          <w:szCs w:val="20"/>
        </w:rPr>
        <w:t xml:space="preserve"> till the morning light,</w:t>
      </w:r>
    </w:p>
    <w:p w14:paraId="39FB558A" w14:textId="1D2D06DC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And then they are going home </w:t>
      </w:r>
      <w:r>
        <w:rPr>
          <w:bCs/>
          <w:sz w:val="20"/>
          <w:szCs w:val="20"/>
          <w:vertAlign w:val="superscript"/>
        </w:rPr>
        <w:t>8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>.</w:t>
      </w:r>
    </w:p>
    <w:p w14:paraId="7A0D745C" w14:textId="421332F0" w:rsidR="00F26491" w:rsidRPr="00F26491" w:rsidRDefault="00F26491" w:rsidP="00F2649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7135D678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Where is she going tonight?</w:t>
      </w:r>
    </w:p>
    <w:p w14:paraId="3971ACE9" w14:textId="28C164E5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What </w:t>
      </w:r>
      <w:r>
        <w:rPr>
          <w:bCs/>
          <w:sz w:val="20"/>
          <w:szCs w:val="20"/>
          <w:vertAlign w:val="superscript"/>
        </w:rPr>
        <w:t xml:space="preserve">9 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 xml:space="preserve"> tonight?</w:t>
      </w:r>
    </w:p>
    <w:p w14:paraId="59032F19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are her plans—are they right?</w:t>
      </w:r>
    </w:p>
    <w:p w14:paraId="6A32C4B8" w14:textId="00A106EC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When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  <w:vertAlign w:val="superscript"/>
        </w:rPr>
        <w:t>0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 xml:space="preserve"> tonight?</w:t>
      </w:r>
    </w:p>
    <w:p w14:paraId="38B1C39A" w14:textId="1578B0F8" w:rsidR="00F26491" w:rsidRPr="00F26491" w:rsidRDefault="00F26491" w:rsidP="00F2649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16A9AEFC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She is going to a café tonight,</w:t>
      </w:r>
    </w:p>
    <w:p w14:paraId="06AAAA54" w14:textId="1A605D4C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She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</w:rPr>
        <w:t>______________</w:t>
      </w:r>
      <w:r>
        <w:rPr>
          <w:bCs/>
          <w:sz w:val="20"/>
          <w:szCs w:val="20"/>
        </w:rPr>
        <w:t xml:space="preserve"> </w:t>
      </w:r>
      <w:r w:rsidRPr="00F26491">
        <w:rPr>
          <w:bCs/>
          <w:sz w:val="20"/>
          <w:szCs w:val="20"/>
        </w:rPr>
        <w:t xml:space="preserve">her wonderful </w:t>
      </w:r>
      <w:proofErr w:type="gramStart"/>
      <w:r w:rsidRPr="00F26491">
        <w:rPr>
          <w:bCs/>
          <w:sz w:val="20"/>
          <w:szCs w:val="20"/>
        </w:rPr>
        <w:t>friends;</w:t>
      </w:r>
      <w:proofErr w:type="gramEnd"/>
    </w:p>
    <w:p w14:paraId="5C551581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They are playing some board games tonight,</w:t>
      </w:r>
    </w:p>
    <w:p w14:paraId="4752C36A" w14:textId="05B068A9" w:rsidR="00636626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They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  <w:vertAlign w:val="superscript"/>
        </w:rPr>
        <w:t>2</w:t>
      </w:r>
      <w:r>
        <w:rPr>
          <w:bCs/>
          <w:sz w:val="20"/>
          <w:szCs w:val="20"/>
        </w:rPr>
        <w:t>______________</w:t>
      </w:r>
      <w:r>
        <w:rPr>
          <w:bCs/>
          <w:sz w:val="20"/>
          <w:szCs w:val="20"/>
        </w:rPr>
        <w:t xml:space="preserve"> </w:t>
      </w:r>
      <w:r w:rsidRPr="00F26491">
        <w:rPr>
          <w:bCs/>
          <w:sz w:val="20"/>
          <w:szCs w:val="20"/>
        </w:rPr>
        <w:t>till the game ends.</w:t>
      </w:r>
    </w:p>
    <w:p w14:paraId="5523D317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Where are you going tonight?</w:t>
      </w:r>
    </w:p>
    <w:p w14:paraId="5A65F0F2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What are you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</w:rPr>
        <w:t>_______________</w:t>
      </w:r>
      <w:r w:rsidRPr="00F26491">
        <w:rPr>
          <w:bCs/>
          <w:sz w:val="20"/>
          <w:szCs w:val="20"/>
        </w:rPr>
        <w:t xml:space="preserve"> tonight?</w:t>
      </w:r>
    </w:p>
    <w:p w14:paraId="13D95AB8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are your plans—are they right?</w:t>
      </w:r>
    </w:p>
    <w:p w14:paraId="147A006A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When </w:t>
      </w:r>
      <w:r w:rsidRPr="00F26491">
        <w:rPr>
          <w:bCs/>
          <w:sz w:val="20"/>
          <w:szCs w:val="20"/>
          <w:vertAlign w:val="superscript"/>
        </w:rPr>
        <w:t>2</w:t>
      </w:r>
      <w:r>
        <w:rPr>
          <w:bCs/>
          <w:sz w:val="20"/>
          <w:szCs w:val="20"/>
        </w:rPr>
        <w:t>___________________________</w:t>
      </w:r>
      <w:r w:rsidRPr="00F26491">
        <w:rPr>
          <w:bCs/>
          <w:sz w:val="20"/>
          <w:szCs w:val="20"/>
        </w:rPr>
        <w:t>tonight?</w:t>
      </w:r>
    </w:p>
    <w:p w14:paraId="276EA57F" w14:textId="77777777" w:rsidR="00F26491" w:rsidRPr="00F26491" w:rsidRDefault="00F26491" w:rsidP="00F2649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5ACFBB72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I am going to the </w:t>
      </w:r>
      <w:r>
        <w:rPr>
          <w:bCs/>
          <w:sz w:val="20"/>
          <w:szCs w:val="20"/>
          <w:vertAlign w:val="superscript"/>
        </w:rPr>
        <w:t>3</w:t>
      </w:r>
      <w:r>
        <w:rPr>
          <w:bCs/>
          <w:sz w:val="20"/>
          <w:szCs w:val="20"/>
        </w:rPr>
        <w:t xml:space="preserve">______________ </w:t>
      </w:r>
      <w:r w:rsidRPr="00F26491">
        <w:rPr>
          <w:bCs/>
          <w:sz w:val="20"/>
          <w:szCs w:val="20"/>
        </w:rPr>
        <w:t>tonight,</w:t>
      </w:r>
    </w:p>
    <w:p w14:paraId="6E56FB19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I am going with my friend, feeling much </w:t>
      </w:r>
      <w:proofErr w:type="gramStart"/>
      <w:r w:rsidRPr="00F26491">
        <w:rPr>
          <w:bCs/>
          <w:sz w:val="20"/>
          <w:szCs w:val="20"/>
        </w:rPr>
        <w:t>better;</w:t>
      </w:r>
      <w:proofErr w:type="gramEnd"/>
    </w:p>
    <w:p w14:paraId="19EBE37F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We </w:t>
      </w:r>
      <w:r>
        <w:rPr>
          <w:bCs/>
          <w:sz w:val="20"/>
          <w:szCs w:val="20"/>
          <w:vertAlign w:val="superscript"/>
        </w:rPr>
        <w:t>4</w:t>
      </w:r>
      <w:r>
        <w:rPr>
          <w:bCs/>
          <w:sz w:val="20"/>
          <w:szCs w:val="20"/>
        </w:rPr>
        <w:t xml:space="preserve">____________________ </w:t>
      </w:r>
      <w:r w:rsidRPr="00F26491">
        <w:rPr>
          <w:bCs/>
          <w:sz w:val="20"/>
          <w:szCs w:val="20"/>
        </w:rPr>
        <w:t>a new film tonight,</w:t>
      </w:r>
    </w:p>
    <w:p w14:paraId="09834AE5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And then we are having dinner together.</w:t>
      </w:r>
    </w:p>
    <w:p w14:paraId="0CDCD8CF" w14:textId="77777777" w:rsidR="00F26491" w:rsidRDefault="00F26491" w:rsidP="00F26491">
      <w:pPr>
        <w:rPr>
          <w:bCs/>
          <w:sz w:val="20"/>
          <w:szCs w:val="20"/>
        </w:rPr>
      </w:pPr>
    </w:p>
    <w:p w14:paraId="0F7637B9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Where </w:t>
      </w:r>
      <w:r>
        <w:rPr>
          <w:bCs/>
          <w:sz w:val="20"/>
          <w:szCs w:val="20"/>
          <w:vertAlign w:val="superscript"/>
        </w:rPr>
        <w:t>5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 xml:space="preserve"> tonight?</w:t>
      </w:r>
    </w:p>
    <w:p w14:paraId="4544625D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is he doing tonight?</w:t>
      </w:r>
    </w:p>
    <w:p w14:paraId="6B7E5F6D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are his plans—are they right?</w:t>
      </w:r>
    </w:p>
    <w:p w14:paraId="6A1FCA09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When </w:t>
      </w:r>
      <w:proofErr w:type="gramStart"/>
      <w:r>
        <w:rPr>
          <w:bCs/>
          <w:sz w:val="20"/>
          <w:szCs w:val="20"/>
          <w:vertAlign w:val="superscript"/>
        </w:rPr>
        <w:t>6</w:t>
      </w:r>
      <w:r>
        <w:rPr>
          <w:bCs/>
          <w:sz w:val="20"/>
          <w:szCs w:val="20"/>
        </w:rPr>
        <w:t>__</w:t>
      </w:r>
      <w:proofErr w:type="gramEnd"/>
      <w:r>
        <w:rPr>
          <w:bCs/>
          <w:sz w:val="20"/>
          <w:szCs w:val="20"/>
        </w:rPr>
        <w:t xml:space="preserve">____________ </w:t>
      </w:r>
      <w:r w:rsidRPr="00F26491">
        <w:rPr>
          <w:bCs/>
          <w:sz w:val="20"/>
          <w:szCs w:val="20"/>
        </w:rPr>
        <w:t>tonight?</w:t>
      </w:r>
    </w:p>
    <w:p w14:paraId="6096BBC5" w14:textId="77777777" w:rsidR="00F26491" w:rsidRDefault="00F26491" w:rsidP="00F26491">
      <w:pPr>
        <w:rPr>
          <w:bCs/>
          <w:sz w:val="20"/>
          <w:szCs w:val="20"/>
        </w:rPr>
      </w:pPr>
    </w:p>
    <w:p w14:paraId="11AE621D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He is going to a disco tonight,</w:t>
      </w:r>
    </w:p>
    <w:p w14:paraId="69F6BB70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He </w:t>
      </w:r>
      <w:r>
        <w:rPr>
          <w:bCs/>
          <w:sz w:val="20"/>
          <w:szCs w:val="20"/>
          <w:vertAlign w:val="superscript"/>
        </w:rPr>
        <w:t>7</w:t>
      </w:r>
      <w:r>
        <w:rPr>
          <w:bCs/>
          <w:sz w:val="20"/>
          <w:szCs w:val="20"/>
        </w:rPr>
        <w:t xml:space="preserve">______________   </w:t>
      </w:r>
      <w:r w:rsidRPr="00F26491">
        <w:rPr>
          <w:bCs/>
          <w:sz w:val="20"/>
          <w:szCs w:val="20"/>
        </w:rPr>
        <w:t xml:space="preserve">his girl </w:t>
      </w:r>
      <w:proofErr w:type="gramStart"/>
      <w:r w:rsidRPr="00F26491">
        <w:rPr>
          <w:bCs/>
          <w:sz w:val="20"/>
          <w:szCs w:val="20"/>
        </w:rPr>
        <w:t>there;</w:t>
      </w:r>
      <w:proofErr w:type="gramEnd"/>
    </w:p>
    <w:p w14:paraId="3981ADC6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They </w:t>
      </w:r>
      <w:proofErr w:type="gramStart"/>
      <w:r w:rsidRPr="00F26491">
        <w:rPr>
          <w:bCs/>
          <w:sz w:val="20"/>
          <w:szCs w:val="20"/>
        </w:rPr>
        <w:t>are dancing</w:t>
      </w:r>
      <w:proofErr w:type="gramEnd"/>
      <w:r w:rsidRPr="00F26491">
        <w:rPr>
          <w:bCs/>
          <w:sz w:val="20"/>
          <w:szCs w:val="20"/>
        </w:rPr>
        <w:t xml:space="preserve"> till the morning light,</w:t>
      </w:r>
    </w:p>
    <w:p w14:paraId="3EF468F6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And then they are going home </w:t>
      </w:r>
      <w:r>
        <w:rPr>
          <w:bCs/>
          <w:sz w:val="20"/>
          <w:szCs w:val="20"/>
          <w:vertAlign w:val="superscript"/>
        </w:rPr>
        <w:t>8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>.</w:t>
      </w:r>
    </w:p>
    <w:p w14:paraId="416B6BA6" w14:textId="77777777" w:rsidR="00F26491" w:rsidRPr="00F26491" w:rsidRDefault="00F26491" w:rsidP="00F2649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510DA7AE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Where is she going tonight?</w:t>
      </w:r>
    </w:p>
    <w:p w14:paraId="13E69907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What </w:t>
      </w:r>
      <w:r>
        <w:rPr>
          <w:bCs/>
          <w:sz w:val="20"/>
          <w:szCs w:val="20"/>
          <w:vertAlign w:val="superscript"/>
        </w:rPr>
        <w:t xml:space="preserve">9 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 xml:space="preserve"> tonight?</w:t>
      </w:r>
    </w:p>
    <w:p w14:paraId="10895AB7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What are her plans—are they right?</w:t>
      </w:r>
    </w:p>
    <w:p w14:paraId="0069E8AA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When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  <w:vertAlign w:val="superscript"/>
        </w:rPr>
        <w:t>0</w:t>
      </w:r>
      <w:r>
        <w:rPr>
          <w:bCs/>
          <w:sz w:val="20"/>
          <w:szCs w:val="20"/>
        </w:rPr>
        <w:t>______________</w:t>
      </w:r>
      <w:r w:rsidRPr="00F26491">
        <w:rPr>
          <w:bCs/>
          <w:sz w:val="20"/>
          <w:szCs w:val="20"/>
        </w:rPr>
        <w:t xml:space="preserve"> tonight?</w:t>
      </w:r>
    </w:p>
    <w:p w14:paraId="7A0F6E7D" w14:textId="77777777" w:rsidR="00F26491" w:rsidRPr="00F26491" w:rsidRDefault="00F26491" w:rsidP="00F2649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3D0E9C1C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She is going to a café tonight,</w:t>
      </w:r>
    </w:p>
    <w:p w14:paraId="7487B935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She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</w:rPr>
        <w:t xml:space="preserve">______________ </w:t>
      </w:r>
      <w:r w:rsidRPr="00F26491">
        <w:rPr>
          <w:bCs/>
          <w:sz w:val="20"/>
          <w:szCs w:val="20"/>
        </w:rPr>
        <w:t xml:space="preserve">her wonderful </w:t>
      </w:r>
      <w:proofErr w:type="gramStart"/>
      <w:r w:rsidRPr="00F26491">
        <w:rPr>
          <w:bCs/>
          <w:sz w:val="20"/>
          <w:szCs w:val="20"/>
        </w:rPr>
        <w:t>friends;</w:t>
      </w:r>
      <w:proofErr w:type="gramEnd"/>
    </w:p>
    <w:p w14:paraId="15D91AB2" w14:textId="7777777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>They are playing some board games tonight,</w:t>
      </w:r>
    </w:p>
    <w:p w14:paraId="185A2400" w14:textId="18DD85F7" w:rsidR="00F26491" w:rsidRPr="00F26491" w:rsidRDefault="00F26491" w:rsidP="00F26491">
      <w:pPr>
        <w:rPr>
          <w:bCs/>
          <w:sz w:val="20"/>
          <w:szCs w:val="20"/>
        </w:rPr>
      </w:pPr>
      <w:r w:rsidRPr="00F26491">
        <w:rPr>
          <w:bCs/>
          <w:sz w:val="20"/>
          <w:szCs w:val="20"/>
        </w:rPr>
        <w:t xml:space="preserve">They </w:t>
      </w:r>
      <w:r w:rsidRPr="00F26491">
        <w:rPr>
          <w:bCs/>
          <w:sz w:val="20"/>
          <w:szCs w:val="20"/>
          <w:vertAlign w:val="superscript"/>
        </w:rPr>
        <w:t>1</w:t>
      </w:r>
      <w:r>
        <w:rPr>
          <w:bCs/>
          <w:sz w:val="20"/>
          <w:szCs w:val="20"/>
          <w:vertAlign w:val="superscript"/>
        </w:rPr>
        <w:t>2</w:t>
      </w:r>
      <w:r>
        <w:rPr>
          <w:bCs/>
          <w:sz w:val="20"/>
          <w:szCs w:val="20"/>
        </w:rPr>
        <w:t xml:space="preserve">______________ </w:t>
      </w:r>
      <w:r w:rsidRPr="00F26491">
        <w:rPr>
          <w:bCs/>
          <w:sz w:val="20"/>
          <w:szCs w:val="20"/>
        </w:rPr>
        <w:t>till the game ends.</w:t>
      </w:r>
    </w:p>
    <w:sectPr w:rsidR="00F26491" w:rsidRPr="00F26491" w:rsidSect="00F26491">
      <w:pgSz w:w="12240" w:h="15840"/>
      <w:pgMar w:top="709" w:right="1467" w:bottom="1440" w:left="1418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2318905">
    <w:abstractNumId w:val="8"/>
  </w:num>
  <w:num w:numId="2" w16cid:durableId="241526367">
    <w:abstractNumId w:val="6"/>
  </w:num>
  <w:num w:numId="3" w16cid:durableId="804159106">
    <w:abstractNumId w:val="5"/>
  </w:num>
  <w:num w:numId="4" w16cid:durableId="1680112573">
    <w:abstractNumId w:val="4"/>
  </w:num>
  <w:num w:numId="5" w16cid:durableId="2131241492">
    <w:abstractNumId w:val="7"/>
  </w:num>
  <w:num w:numId="6" w16cid:durableId="2117943370">
    <w:abstractNumId w:val="3"/>
  </w:num>
  <w:num w:numId="7" w16cid:durableId="1846091650">
    <w:abstractNumId w:val="2"/>
  </w:num>
  <w:num w:numId="8" w16cid:durableId="1869221360">
    <w:abstractNumId w:val="1"/>
  </w:num>
  <w:num w:numId="9" w16cid:durableId="2084334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12C8"/>
    <w:rsid w:val="00636626"/>
    <w:rsid w:val="00AA1D8D"/>
    <w:rsid w:val="00B47730"/>
    <w:rsid w:val="00CB0664"/>
    <w:rsid w:val="00F264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EB7BB"/>
  <w14:defaultImageDpi w14:val="300"/>
  <w15:docId w15:val="{14B387C6-E38D-40D2-A872-1265669C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Zdenek Rotrekl</cp:lastModifiedBy>
  <cp:revision>2</cp:revision>
  <dcterms:created xsi:type="dcterms:W3CDTF">2025-11-10T04:34:00Z</dcterms:created>
  <dcterms:modified xsi:type="dcterms:W3CDTF">2025-11-10T04:34:00Z</dcterms:modified>
  <cp:category/>
</cp:coreProperties>
</file>